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10: תאריך, שעה ומחיר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שם המספר – תאריך, שעה ומחיר: תאריך: הימים בחודש – בזכר (כי הכוונה ל"יום"): באחד בינואר, בחמישה בדצמבר, חמישה עשר בשבט.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https://shem-hamispar-mesima.sites.tab.bot/mesima-10.html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מתאים למשימה 10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הסיפור: נוגה מקריאה את ההזמנה בכריזה של בית הספר. היא צריכה לקרוא כל מספר במילים – בקול ובלי לגמגם.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השלימו את המשפטים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חמישה   2) שבע   3) שני שקלים   4) אלפיים עשרים ושש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בשעה שבע (7)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ההזמנה שלי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📅 משימה 10: תאריך, שעה ומחיר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צוות ההפקה של ערב הכישרונות צריך אתכם! בחרו איך קוראים נכון את המספר שבסוגריים, וגררו אותו למקום הריק.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זכר: שלושה, חמישה, עשרה  |  נקבה: שלוש, חמש, עשר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השלימו את המילה החסרה.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תאריך: הימים בחודש – בזכר (כי הכוונה ל"יום"): באחד בינואר, בחמישה בדצמבר, חמישה עשר בשבט. שעה – בנקבה ("שעה" נקבה): בשבע, בשתיים, באחת וחצי. שנה – בנקבה: שנת אלפיים עשרים ושש. מחיר – לפי המטבע: שקל זכר (שני שקלים, חמישה שקלים), אגורה נקבה (חמישים אגורות). ציון, מספר טלפון, מספר חדר – מספר "סתם", בנקבה: תשעים וחמש.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הערב ייערך ב־________ בדצמבר. (5)  [חמישה / חמש]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ההופעות יתחילו בשעה ________ בערב. (7)  [שבע / שבעה]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כרטיס לילדים עולה ________. (2 ₪)  [שני שקלים / שתיים שקלים]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ערב הכישרונות של שנת ________. (2026)  [אלפיים עשרים ושישה / אלפיים עשרים ושש]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ב־חמישה בדצמבר (5)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בשעה שבעה (7)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ההזמנה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הזמנה קצרה לאירוע: תאריך, שעה ומחיר – הכול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10: תאריך, שעה ומחיר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