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9: סדר ההופעות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שם המספר – סדר ההופעות: מספר יסודי עונה על "כמה?" (שלושה שירים).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https://shem-hamispar-mesima.sites.tab.bot/mesima-09.html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למשימה 9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הסיפור: מאיה מעצבת את התוכנייה. היא צריכה לכתוב במילים את המקום של כל הופעה בתור.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ה – הראשונה   2) ו – השני   3) א – השלישית   4) ב – הרביעי   5) ח – השישי   6) ד – העשירית   7) ג – האחד עשר   8) ז – השתים עשרה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נכון: המופע ה־11 = המופע האחד עשר   3)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התוכנייה שלי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🥇 משימה 9: סדר ההופעות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צוות ההפקה של ערב הכישרונות צריך אתכם! גררו לכל שורה בתוכנייה את המספר הסודר המתאים.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תוכנייה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📋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דף עם סדר ההופעות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אחד אחרי השני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ריקוד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🕺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זזים לפי מוזיקה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התאימו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מספר את האות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מספר יסודי עונה על "כמה?" (שלושה שירים). מספר סודר עונה על "איזה בתור?" (השיר השלישי). ל־1–10 יש צורות מיוחדות: ראשון/ראשונה, שני/שנייה, שלישי/שלישית … עשירי/עשירית. מ־11 ומעלה משתמשים במספר היסודי עם ה׳ הידיעה: המופע האחד עשר, השורה השתים עשרה. הסודר מתאים במין לשם העצם.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ההופעה ה־1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השלישית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השיר ה־2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הרביעי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ההופעה ה־3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האחד עשר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הריקוד ה־4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העשירית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המקום ה־6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הראשונה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ההופעה ה־10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השני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המופע ה־11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ז. השתים עשרה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השורה ה־12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ח. השישי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ההופעה ה־3 = ההופעה השלישית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המופע ה־11 = המופע האחד עשרה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"שלושה שירים" – המספר הוא: יסודי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התוכנייה 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תוכנייה של 5 הופעות עם מספרים סודרים במילים (ההופעה הראשונה…).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9: סדר ההופעות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